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BILL OF SALE</w:t>
      </w:r>
    </w:p>
    <w:p>
      <w:r>
        <w:rPr>
          <w:b/>
        </w:rPr>
        <w:t>Date of sale:</w:t>
      </w:r>
      <w:r>
        <w:t xml:space="preserve"> ______________ </w:t>
      </w:r>
      <w:r>
        <w:rPr>
          <w:b/>
        </w:rPr>
        <w:t>Place:</w:t>
      </w:r>
      <w:r>
        <w:t xml:space="preserve"> ______________________________ (city, state)</w:t>
      </w:r>
    </w:p>
    <w:p>
      <w:r>
        <w:rPr>
          <w:b/>
        </w:rPr>
        <w:t>Seller:</w:t>
      </w:r>
      <w:r>
        <w:t xml:space="preserve"> ______________________________</w:t>
      </w:r>
      <w:r>
        <w:br/>
      </w:r>
      <w:r>
        <w:t>Address: ______________________________ Phone / email: ______________</w:t>
      </w:r>
    </w:p>
    <w:p>
      <w:r>
        <w:rPr>
          <w:b/>
        </w:rPr>
        <w:t>Buyer:</w:t>
      </w:r>
      <w:r>
        <w:t xml:space="preserve"> ______________________________</w:t>
      </w:r>
      <w:r>
        <w:br/>
      </w:r>
      <w:r>
        <w:t>Address: ______________________________ Phone / email: ______________</w:t>
      </w:r>
    </w:p>
    <w:p>
      <w:r>
        <w:rPr>
          <w:b/>
        </w:rPr>
        <w:t>1. Item sold.</w:t>
      </w:r>
      <w:r>
        <w:t xml:space="preserve"> The Seller sells and transfers to the Buyer the following property (the "Item"):</w:t>
      </w:r>
      <w:r>
        <w:br/>
      </w:r>
      <w:r>
        <w:t>Description: ______________________________</w:t>
      </w:r>
      <w:r>
        <w:br/>
      </w:r>
      <w:r>
        <w:t>Brand / make: ______________ Model: ______________ Serial number: ______________</w:t>
      </w:r>
      <w:r>
        <w:br/>
      </w:r>
      <w:r>
        <w:t>Color / size / quantity: ______________</w:t>
      </w:r>
      <w:r>
        <w:br/>
      </w:r>
      <w:r>
        <w:t>Included accessories, parts or documents: ______________________________</w:t>
      </w:r>
    </w:p>
    <w:p>
      <w:r>
        <w:rPr>
          <w:b/>
        </w:rPr>
        <w:t>2. Price.</w:t>
      </w:r>
      <w:r>
        <w:t xml:space="preserve"> The purchase price is $ ____________ (______________________________ dollars).</w:t>
      </w:r>
      <w:r>
        <w:br/>
      </w:r>
      <w:r>
        <w:t>☐ Paid in full on the date of sale by ☐ cash ☐ check no. ______ ☐ bank transfer ☐ payment app ☐ other: ______________. The Seller confirms receipt.</w:t>
      </w:r>
      <w:r>
        <w:br/>
      </w:r>
      <w:r>
        <w:t>☐ Paid in installments: deposit of $ ______ today and the balance of $ ______ by ______________. Title passes ☐ today ☐ when the balance is paid.</w:t>
      </w:r>
    </w:p>
    <w:p>
      <w:r>
        <w:rPr>
          <w:b/>
        </w:rPr>
        <w:t>3. Delivery.</w:t>
      </w:r>
      <w:r>
        <w:t xml:space="preserve"> The Item ☐ was delivered to the Buyer on the date of sale ☐ will be ☐ picked up by the Buyer ☐ delivered by the Seller on ______________ at ______________________________. Risk of loss passes to the Buyer on delivery.</w:t>
      </w:r>
    </w:p>
    <w:p>
      <w:r>
        <w:rPr>
          <w:b/>
        </w:rPr>
        <w:t>4. Ownership.</w:t>
      </w:r>
      <w:r>
        <w:t xml:space="preserve"> The Seller states that the Seller is the legal owner of the Item, has the right to sell it, and that the Item is free of any lien, security interest, loan or claim by another person, except: ______________________________ (write "none" if none).</w:t>
      </w:r>
    </w:p>
    <w:p>
      <w:r>
        <w:rPr>
          <w:b/>
        </w:rPr>
        <w:t>5. Condition.</w:t>
      </w:r>
      <w:r>
        <w:t xml:space="preserve"> Choose one:</w:t>
      </w:r>
      <w:r>
        <w:br/>
      </w:r>
      <w:r>
        <w:t xml:space="preserve">☐ </w:t>
      </w:r>
      <w:r>
        <w:rPr>
          <w:b/>
        </w:rPr>
        <w:t>As is.</w:t>
      </w:r>
      <w:r>
        <w:t xml:space="preserve"> The Buyer has had the chance to inspect the Item and accepts it "AS IS," with all faults. The Seller makes no warranties, express or implied, including any implied warranty of merchantability or fitness for a particular purpose.</w:t>
      </w:r>
      <w:r>
        <w:br/>
      </w:r>
      <w:r>
        <w:t xml:space="preserve">☐ </w:t>
      </w:r>
      <w:r>
        <w:rPr>
          <w:b/>
        </w:rPr>
        <w:t>With warranty.</w:t>
      </w:r>
      <w:r>
        <w:t xml:space="preserve"> The Seller warrants that ______________________________ for a period of ______________ from the date of sale. Other than this, the Item is sold as is.</w:t>
      </w:r>
      <w:r>
        <w:br/>
      </w:r>
      <w:r>
        <w:t>Known defects disclosed by the Seller: ______________________________</w:t>
      </w:r>
    </w:p>
    <w:p>
      <w:r>
        <w:rPr>
          <w:b/>
        </w:rPr>
        <w:t>6. Taxes and fees.</w:t>
      </w:r>
      <w:r>
        <w:t xml:space="preserve"> The Buyer is responsible for any sales or use tax, registration or transfer fees that apply to this purchase, unless the parties agree otherwise: ______________.</w:t>
      </w:r>
    </w:p>
    <w:p>
      <w:r>
        <w:rPr>
          <w:b/>
        </w:rPr>
        <w:t>7. Entire agreement.</w:t>
      </w:r>
      <w:r>
        <w:t xml:space="preserve"> This bill of sale is the complete agreement between the Seller and the Buyer about the sale of the Item. It is governed by the laws of the state of ______________. It may be signed electronically and in counterparts.</w:t>
      </w:r>
    </w:p>
    <w:p>
      <w:r>
        <w:t>Seller: ______________________________ Signature: ______________________________ Date: ______________</w:t>
      </w:r>
      <w:r>
        <w:br/>
      </w:r>
      <w:r>
        <w:t>Buyer: ______________________________ 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