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FIELD TRIP PERMISSION SLIP</w:t>
      </w:r>
    </w:p>
    <w:p>
      <w:r>
        <w:rPr>
          <w:b/>
        </w:rPr>
        <w:t>School:</w:t>
      </w:r>
      <w:r>
        <w:t xml:space="preserve"> ______________________________ </w:t>
      </w:r>
      <w:r>
        <w:rPr>
          <w:b/>
        </w:rPr>
        <w:t>Teacher / class:</w:t>
      </w:r>
      <w:r>
        <w:t xml:space="preserve"> ______________________________</w:t>
      </w:r>
      <w:r>
        <w:br/>
      </w:r>
      <w:r>
        <w:rPr>
          <w:b/>
        </w:rPr>
        <w:t>Destination:</w:t>
      </w:r>
      <w:r>
        <w:t xml:space="preserve"> ______________________________</w:t>
      </w:r>
      <w:r>
        <w:br/>
      </w:r>
      <w:r>
        <w:rPr>
          <w:b/>
        </w:rPr>
        <w:t>Address:</w:t>
      </w:r>
      <w:r>
        <w:t xml:space="preserve"> ______________________________</w:t>
      </w:r>
      <w:r>
        <w:br/>
      </w:r>
      <w:r>
        <w:rPr>
          <w:b/>
        </w:rPr>
        <w:t>Date:</w:t>
      </w:r>
      <w:r>
        <w:t xml:space="preserve"> ______________ </w:t>
      </w:r>
      <w:r>
        <w:rPr>
          <w:b/>
        </w:rPr>
        <w:t>Rain date:</w:t>
      </w:r>
      <w:r>
        <w:t xml:space="preserve"> ______________</w:t>
      </w:r>
      <w:r>
        <w:br/>
      </w:r>
      <w:r>
        <w:rPr>
          <w:b/>
        </w:rPr>
        <w:t>Leaves school at:</w:t>
      </w:r>
      <w:r>
        <w:t xml:space="preserve"> ______ </w:t>
      </w:r>
      <w:r>
        <w:rPr>
          <w:b/>
        </w:rPr>
        <w:t>Returns to school at:</w:t>
      </w:r>
      <w:r>
        <w:t xml:space="preserve"> ______</w:t>
      </w:r>
    </w:p>
    <w:p>
      <w:r>
        <w:rPr>
          <w:b/>
        </w:rPr>
        <w:t>Purpose of the trip:</w:t>
      </w:r>
      <w:r>
        <w:t xml:space="preserve"> ______________________________ (what students will learn or do)</w:t>
      </w:r>
    </w:p>
    <w:p>
      <w:r>
        <w:rPr>
          <w:b/>
        </w:rPr>
        <w:t>Transportation:</w:t>
      </w:r>
      <w:r>
        <w:t xml:space="preserve"> ☐ District school bus ☐ Chartered bus ☐ Public transit ☐ Walking ☐ Volunteer drivers (licensed and insured, as required by the district)</w:t>
      </w:r>
    </w:p>
    <w:p>
      <w:r>
        <w:rPr>
          <w:b/>
        </w:rPr>
        <w:t>Lead teacher's phone during the trip:</w:t>
      </w:r>
      <w:r>
        <w:t xml:space="preserve"> ______________ </w:t>
      </w:r>
      <w:r>
        <w:rPr>
          <w:b/>
        </w:rPr>
        <w:t>Chaperones:</w:t>
      </w:r>
      <w:r>
        <w:t xml:space="preserve"> 1 adult for every ______ students</w:t>
      </w:r>
    </w:p>
    <w:p>
      <w:r>
        <w:rPr>
          <w:b/>
        </w:rPr>
        <w:t>Cost:</w:t>
      </w:r>
      <w:r>
        <w:t xml:space="preserve"> $ ________ per student, due by ______________ ☐ No cost. If cost is a problem for your family, please contact ______________ privately.</w:t>
      </w:r>
    </w:p>
    <w:p>
      <w:r>
        <w:rPr>
          <w:b/>
        </w:rPr>
        <w:t>Lunch:</w:t>
      </w:r>
      <w:r>
        <w:t xml:space="preserve"> ☐ Provided ☐ Bring a packed lunch (no glass containers) ☐ Money for lunch: $ ______</w:t>
      </w:r>
      <w:r>
        <w:br/>
      </w:r>
      <w:r>
        <w:rPr>
          <w:b/>
        </w:rPr>
        <w:t>Students should wear / bring:</w:t>
      </w:r>
      <w:r>
        <w:t xml:space="preserve"> ______________________________</w:t>
      </w:r>
    </w:p>
    <w:p>
      <w:r>
        <w:rPr>
          <w:b/>
        </w:rPr>
        <w:t>STUDENT</w:t>
      </w:r>
      <w:r>
        <w:br/>
      </w:r>
      <w:r>
        <w:t>Full name: ______________________________ Grade: ______ Date of birth: ______________</w:t>
      </w:r>
    </w:p>
    <w:p>
      <w:r>
        <w:rPr>
          <w:b/>
        </w:rPr>
        <w:t>EMERGENCY CONTACTS</w:t>
      </w:r>
      <w:r>
        <w:br/>
      </w:r>
      <w:r>
        <w:t>Parent / guardian: ______________________________ Cell: ______________</w:t>
      </w:r>
      <w:r>
        <w:br/>
      </w:r>
      <w:r>
        <w:t>Second contact: ______________________________ Relationship: ______________ Cell: ______________</w:t>
      </w:r>
    </w:p>
    <w:p>
      <w:r>
        <w:rPr>
          <w:b/>
        </w:rPr>
        <w:t>HEALTH</w:t>
      </w:r>
      <w:r>
        <w:br/>
      </w:r>
      <w:r>
        <w:t>Allergies: ______________________________</w:t>
      </w:r>
      <w:r>
        <w:br/>
      </w:r>
      <w:r>
        <w:t>☐ My child carries an epinephrine auto-injector / inhaler and will bring it on the trip.</w:t>
      </w:r>
      <w:r>
        <w:br/>
      </w:r>
      <w:r>
        <w:t>Medications needed during the trip (a separate medication authorization may be required): ______________________________</w:t>
      </w:r>
      <w:r>
        <w:br/>
      </w:r>
      <w:r>
        <w:t>Medical conditions or needs the chaperones should know about: ______________________________</w:t>
      </w:r>
      <w:r>
        <w:br/>
      </w:r>
      <w:r>
        <w:t>Health insurance: ______________________________ Member ID: ______________</w:t>
      </w:r>
    </w:p>
    <w:p>
      <w:r>
        <w:rPr>
          <w:b/>
        </w:rPr>
        <w:t>EMERGENCY MEDICAL TREATMENT</w:t>
      </w:r>
      <w:r>
        <w:br/>
      </w:r>
      <w:r>
        <w:t>If my child needs urgent medical care during the trip and I cannot be reached, I authorize school staff to seek emergency treatment, including ambulance transport and care by licensed medical personnel. ☐ Yes ☐ No, contact me first</w:t>
      </w:r>
    </w:p>
    <w:p>
      <w:r>
        <w:rPr>
          <w:b/>
        </w:rPr>
        <w:t>PHOTOS</w:t>
      </w:r>
      <w:r>
        <w:br/>
      </w:r>
      <w:r>
        <w:t>☐ Photos of my child taken on this trip may be shared with class families and on school channels. ☐ No photos, please.</w:t>
      </w:r>
    </w:p>
    <w:p>
      <w:r>
        <w:rPr>
          <w:b/>
        </w:rPr>
        <w:t>VOLUNTEERING</w:t>
      </w:r>
      <w:r>
        <w:br/>
      </w:r>
      <w:r>
        <w:t>☐ I would like to chaperone this trip. Phone: ______________ (the district may require a background check)</w:t>
      </w:r>
    </w:p>
    <w:p>
      <w:r>
        <w:rPr>
          <w:b/>
        </w:rPr>
        <w:t>AGREEMENT</w:t>
      </w:r>
      <w:r>
        <w:br/>
      </w:r>
      <w:r>
        <w:t>I give permission for my child to go on the field trip described above. I understand that students must follow school rules and the instructions of teachers and chaperones throughout the trip, and that a student who does not may be sent home at my expense. I understand that if my child does not attend, they will be given an alternative assignment at school. The information on this form is true and complete.</w:t>
      </w:r>
    </w:p>
    <w:p>
      <w:r>
        <w:t>Parent / guardian name: ______________________________</w:t>
      </w:r>
      <w:r>
        <w:br/>
      </w:r>
      <w:r>
        <w:t>Signature: ______________________________ Date: ______________</w:t>
      </w:r>
    </w:p>
    <w:p/>
    <w:p>
      <w:r>
        <w:rPr>
          <w:b/>
        </w:rPr>
        <w:t>Please return this slip by:</w:t>
      </w:r>
      <w:r>
        <w:t xml:space="preserve"> 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