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RELEASE OF LIABILITY, WAIVER OF CLAIMS AND ASSUMPTION OF RISK</w:t>
      </w:r>
    </w:p>
    <w:p>
      <w:r>
        <w:rPr>
          <w:b/>
        </w:rPr>
        <w:t>PLEASE READ CAREFULLY. BY SIGNING THIS DOCUMENT YOU GIVE UP CERTAIN LEGAL RIGHTS, INCLUDING THE RIGHT TO SUE FOR NEGLIGENCE.</w:t>
      </w:r>
    </w:p>
    <w:p>
      <w:r>
        <w:rPr>
          <w:b/>
        </w:rPr>
        <w:t>Organization:</w:t>
      </w:r>
      <w:r>
        <w:t xml:space="preserve"> ______________________________ ("Organization")</w:t>
      </w:r>
      <w:r>
        <w:br/>
      </w:r>
      <w:r>
        <w:rPr>
          <w:b/>
        </w:rPr>
        <w:t>Activity:</w:t>
      </w:r>
      <w:r>
        <w:t xml:space="preserve"> ______________________________ (the "Activity"), including use of the facilities, equipment and any related instruction, travel or events.</w:t>
      </w:r>
      <w:r>
        <w:br/>
      </w:r>
      <w:r>
        <w:rPr>
          <w:b/>
        </w:rPr>
        <w:t>Date(s) / period:</w:t>
      </w:r>
      <w:r>
        <w:t xml:space="preserve"> ☐ ______________ ☐ for the length of my membership or registration</w:t>
      </w:r>
    </w:p>
    <w:p>
      <w:r>
        <w:rPr>
          <w:b/>
        </w:rPr>
        <w:t>Participant:</w:t>
      </w:r>
      <w:r>
        <w:t xml:space="preserve"> ______________________________ Date of birth: ______________</w:t>
      </w:r>
      <w:r>
        <w:br/>
      </w:r>
      <w:r>
        <w:t>Phone: ______________ Email: ______________________________</w:t>
      </w:r>
    </w:p>
    <w:p>
      <w:r>
        <w:rPr>
          <w:b/>
        </w:rPr>
        <w:t>1. Risks.</w:t>
      </w:r>
      <w:r>
        <w:t xml:space="preserve"> I understand that the Activity involves risks of injury, illness, property damage and, in rare cases, death. These risks include, among others: ______________________________ (list the specific risks: for example, falls, collisions with other participants or objects, muscle strains, sprains and fractures, heat exhaustion, equipment failure, and the actions of other participants). Some risks cannot be eliminated without changing the nature of the Activity.</w:t>
      </w:r>
    </w:p>
    <w:p>
      <w:r>
        <w:rPr>
          <w:b/>
        </w:rPr>
        <w:t>2. Assumption of risk.</w:t>
      </w:r>
      <w:r>
        <w:t xml:space="preserve"> I am taking part voluntarily. I knowingly assume all risks of the Activity, both known and unknown, even if they arise from the ordinary negligence of the Released Parties.</w:t>
      </w:r>
    </w:p>
    <w:p>
      <w:r>
        <w:rPr>
          <w:b/>
        </w:rPr>
        <w:t>3. Release.</w:t>
      </w:r>
      <w:r>
        <w:t xml:space="preserve"> To the fullest extent allowed by law, I release, waive and agree not to sue the Organization and its owners, officers, employees, instructors, volunteers and agents (the "Released Parties") for any claim, injury, loss or damage arising from my participation in the Activity, including claims caused by the ORDINARY NEGLIGENCE of the Released Parties. This release does not apply to gross negligence, reckless or intentional misconduct, or any claim that the law does not allow to be waived.</w:t>
      </w:r>
    </w:p>
    <w:p>
      <w:r>
        <w:rPr>
          <w:b/>
        </w:rPr>
        <w:t>4. Health and conduct.</w:t>
      </w:r>
      <w:r>
        <w:t xml:space="preserve"> I confirm that I am physically fit to take part, that I have no medical condition that would make participation unsafe except: ______________________________, and that I will follow all rules, instructions and safety equipment requirements. I will stop and tell staff if I feel unwell or unsafe.</w:t>
      </w:r>
    </w:p>
    <w:p>
      <w:r>
        <w:rPr>
          <w:b/>
        </w:rPr>
        <w:t>5. Medical treatment.</w:t>
      </w:r>
      <w:r>
        <w:t xml:space="preserve"> If I am injured or ill, I authorize the Organization to obtain emergency medical treatment for me. I am responsible for the cost of that treatment.</w:t>
      </w:r>
      <w:r>
        <w:br/>
      </w:r>
      <w:r>
        <w:t>Emergency contact: ______________________________ Phone: ______________</w:t>
      </w:r>
    </w:p>
    <w:p>
      <w:r>
        <w:rPr>
          <w:b/>
        </w:rPr>
        <w:t>6. Indemnity.</w:t>
      </w:r>
      <w:r>
        <w:t xml:space="preserve"> To the extent allowed by law, I will reimburse the Released Parties for any loss, cost or attorney fees they incur because of claims brought by me or on my behalf in breach of this release.</w:t>
      </w:r>
    </w:p>
    <w:p>
      <w:r>
        <w:rPr>
          <w:b/>
        </w:rPr>
        <w:t>7. Photos.</w:t>
      </w:r>
      <w:r>
        <w:t xml:space="preserve"> ☐ The Organization may use photos or videos of me taken during the Activity for its own promotion. ☐ I do not consent to this use.</w:t>
      </w:r>
    </w:p>
    <w:p>
      <w:r>
        <w:rPr>
          <w:b/>
        </w:rPr>
        <w:t>8. General.</w:t>
      </w:r>
      <w:r>
        <w:t xml:space="preserve"> This document is governed by the laws of the state of ______________. It is intended to be as broad as that law allows; if any part is held invalid, the rest remains in full effect. It binds me, my heirs and anyone who might bring a claim on my behalf. It may be signed electronically.</w:t>
      </w:r>
    </w:p>
    <w:p>
      <w:r>
        <w:rPr>
          <w:b/>
        </w:rPr>
        <w:t>I HAVE READ THIS DOCUMENT, I UNDERSTAND IT, AND I AM SIGNING IT VOLUNTARILY. I UNDERSTAND THAT I AM GIVING UP SUBSTANTIAL RIGHTS.</w:t>
      </w:r>
    </w:p>
    <w:p>
      <w:r>
        <w:t>Participant name: ______________________________</w:t>
      </w:r>
      <w:r>
        <w:br/>
      </w:r>
      <w:r>
        <w:t>Signature: ______________________________ Date: ______________</w:t>
      </w:r>
    </w:p>
    <w:p/>
    <w:p>
      <w:r>
        <w:rPr>
          <w:b/>
        </w:rPr>
        <w:t>FOR MINORS</w:t>
      </w:r>
      <w:r>
        <w:t xml:space="preserve"> (where state law allows a parent to sign): I am the parent or legal guardian of the participant named above. I have read this document, I consent to the minor's participation, and I agree to its terms on my own behalf and, to the extent the law allows, on behalf of the minor.</w:t>
      </w:r>
      <w:r>
        <w:br/>
      </w:r>
      <w:r>
        <w:t>Parent / guardian name: ______________________________</w:t>
      </w:r>
      <w:r>
        <w:br/>
      </w:r>
      <w:r>
        <w:t>Signature: ______________________________ Date: ______________</w:t>
      </w:r>
    </w:p>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