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PERMISSION SLIP</w:t>
      </w:r>
    </w:p>
    <w:p>
      <w:r>
        <w:rPr>
          <w:b/>
        </w:rPr>
        <w:t>Organization:</w:t>
      </w:r>
      <w:r>
        <w:t xml:space="preserve"> ______________________________ (school, club, team or group)</w:t>
      </w:r>
      <w:r>
        <w:br/>
      </w:r>
      <w:r>
        <w:rPr>
          <w:b/>
        </w:rPr>
        <w:t>Activity:</w:t>
      </w:r>
      <w:r>
        <w:t xml:space="preserve"> ______________________________</w:t>
      </w:r>
      <w:r>
        <w:br/>
      </w:r>
      <w:r>
        <w:rPr>
          <w:b/>
        </w:rPr>
        <w:t>Date(s):</w:t>
      </w:r>
      <w:r>
        <w:t xml:space="preserve"> ______________ </w:t>
      </w:r>
      <w:r>
        <w:rPr>
          <w:b/>
        </w:rPr>
        <w:t>Departure:</w:t>
      </w:r>
      <w:r>
        <w:t xml:space="preserve"> ______ a.m./p.m. </w:t>
      </w:r>
      <w:r>
        <w:rPr>
          <w:b/>
        </w:rPr>
        <w:t>Return:</w:t>
      </w:r>
      <w:r>
        <w:t xml:space="preserve"> ______ a.m./p.m.</w:t>
      </w:r>
      <w:r>
        <w:br/>
      </w:r>
      <w:r>
        <w:rPr>
          <w:b/>
        </w:rPr>
        <w:t>Location / address:</w:t>
      </w:r>
      <w:r>
        <w:t xml:space="preserve"> ______________________________</w:t>
      </w:r>
    </w:p>
    <w:p>
      <w:r>
        <w:rPr>
          <w:b/>
        </w:rPr>
        <w:t>Transportation:</w:t>
      </w:r>
      <w:r>
        <w:t xml:space="preserve"> ☐ School bus ☐ Chartered bus ☐ Parent or volunteer drivers ☐ Walking ☐ Parents drop off and pick up ☐ Other: ______________</w:t>
      </w:r>
    </w:p>
    <w:p>
      <w:r>
        <w:rPr>
          <w:b/>
        </w:rPr>
        <w:t>Supervising adult in charge:</w:t>
      </w:r>
      <w:r>
        <w:t xml:space="preserve"> ______________________________ </w:t>
      </w:r>
      <w:r>
        <w:rPr>
          <w:b/>
        </w:rPr>
        <w:t>Phone during the activity:</w:t>
      </w:r>
      <w:r>
        <w:t xml:space="preserve"> ______________</w:t>
      </w:r>
      <w:r>
        <w:br/>
      </w:r>
      <w:r>
        <w:rPr>
          <w:b/>
        </w:rPr>
        <w:t>Adult-to-student ratio:</w:t>
      </w:r>
      <w:r>
        <w:t xml:space="preserve"> 1 adult for every ______ students</w:t>
      </w:r>
    </w:p>
    <w:p>
      <w:r>
        <w:rPr>
          <w:b/>
        </w:rPr>
        <w:t>Cost:</w:t>
      </w:r>
      <w:r>
        <w:t xml:space="preserve"> $ ________ ☐ No cost </w:t>
      </w:r>
      <w:r>
        <w:rPr>
          <w:b/>
        </w:rPr>
        <w:t>Due by:</w:t>
      </w:r>
      <w:r>
        <w:t xml:space="preserve"> ______________</w:t>
      </w:r>
      <w:r>
        <w:br/>
      </w:r>
      <w:r>
        <w:rPr>
          <w:b/>
        </w:rPr>
        <w:t>Students should bring:</w:t>
      </w:r>
      <w:r>
        <w:t xml:space="preserve"> ______________________________</w:t>
      </w:r>
    </w:p>
    <w:p>
      <w:r>
        <w:rPr>
          <w:b/>
        </w:rPr>
        <w:t>1. Student information</w:t>
      </w:r>
      <w:r>
        <w:br/>
      </w:r>
      <w:r>
        <w:t>Student's full name: ______________________________ Date of birth: ______________</w:t>
      </w:r>
      <w:r>
        <w:br/>
      </w:r>
      <w:r>
        <w:t>Grade / class / team: ______________ Teacher or coach: ______________</w:t>
      </w:r>
    </w:p>
    <w:p>
      <w:r>
        <w:rPr>
          <w:b/>
        </w:rPr>
        <w:t>2. Emergency contacts</w:t>
      </w:r>
      <w:r>
        <w:br/>
      </w:r>
      <w:r>
        <w:t>Parent or guardian: ______________________________ Phone: ______________ Email: ______________</w:t>
      </w:r>
      <w:r>
        <w:br/>
      </w:r>
      <w:r>
        <w:t>Second contact: ______________________________ Relationship: ______________ Phone: ______________</w:t>
      </w:r>
    </w:p>
    <w:p>
      <w:r>
        <w:rPr>
          <w:b/>
        </w:rPr>
        <w:t>3. Medical information</w:t>
      </w:r>
      <w:r>
        <w:br/>
      </w:r>
      <w:r>
        <w:t>Allergies (food, medication, insects): ______________________________</w:t>
      </w:r>
      <w:r>
        <w:br/>
      </w:r>
      <w:r>
        <w:t>Medications the student will need during the activity, with dose and time: ______________________________</w:t>
      </w:r>
      <w:r>
        <w:br/>
      </w:r>
      <w:r>
        <w:t>Medical conditions staff should know about (asthma, diabetes, seizures, other): ______________________________</w:t>
      </w:r>
      <w:r>
        <w:br/>
      </w:r>
      <w:r>
        <w:t>Health insurance provider and member number: ______________________________</w:t>
      </w:r>
      <w:r>
        <w:br/>
      </w:r>
      <w:r>
        <w:t>Doctor's name and phone: ______________________________</w:t>
      </w:r>
    </w:p>
    <w:p>
      <w:r>
        <w:rPr>
          <w:b/>
        </w:rPr>
        <w:t>4. Emergency medical treatment</w:t>
      </w:r>
      <w:r>
        <w:br/>
      </w:r>
      <w:r>
        <w:t>If my child is injured or becomes ill and I cannot be reached, I authorize the supervising staff to obtain emergency medical care, including transport to a hospital and treatment by a licensed physician. I understand I am responsible for the cost of that care. ☐ I agree ☐ I do not agree (please call me first at: ______________)</w:t>
      </w:r>
    </w:p>
    <w:p>
      <w:r>
        <w:rPr>
          <w:b/>
        </w:rPr>
        <w:t>5. Photos</w:t>
      </w:r>
      <w:r>
        <w:br/>
      </w:r>
      <w:r>
        <w:t>☐ My child may appear in photos or videos of this activity shared by the organization. ☐ Please do not photograph my child.</w:t>
      </w:r>
    </w:p>
    <w:p>
      <w:r>
        <w:rPr>
          <w:b/>
        </w:rPr>
        <w:t>6. Pickup</w:t>
      </w:r>
      <w:r>
        <w:br/>
      </w:r>
      <w:r>
        <w:t>Besides me, the following people may pick up my child: ______________________________ ☐ My child may leave on their own at the end of the activity.</w:t>
      </w:r>
    </w:p>
    <w:p>
      <w:r>
        <w:rPr>
          <w:b/>
        </w:rPr>
        <w:t>7. Behavior and risks</w:t>
      </w:r>
      <w:r>
        <w:br/>
      </w:r>
      <w:r>
        <w:t>I understand that my child must follow the rules and the instructions of the supervising adults, and that a student who does not may be sent home at my expense. I understand that this activity involves ordinary risks, such as minor injuries, and I have told the organization about anything that could affect my child's safety.</w:t>
      </w:r>
    </w:p>
    <w:p>
      <w:r>
        <w:rPr>
          <w:b/>
        </w:rPr>
        <w:t>8. Permission</w:t>
      </w:r>
      <w:r>
        <w:br/>
      </w:r>
      <w:r>
        <w:t>I am the parent or legal guardian of the student named above. I give permission for my child to take part in the activity described on this form, and I confirm the information I have given is true and complete. I will tell the organization if anything changes before the activity.</w:t>
      </w:r>
    </w:p>
    <w:p>
      <w:r>
        <w:t>Parent or guardian name: ______________________________</w:t>
      </w:r>
      <w:r>
        <w:br/>
      </w:r>
      <w:r>
        <w:t>Signature: ______________________________ Date: ______________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