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PHOTO, VIDEO AND MODEL RELEASE</w:t>
      </w:r>
    </w:p>
    <w:p>
      <w:r>
        <w:rPr>
          <w:b/>
        </w:rPr>
        <w:t>Released to:</w:t>
      </w:r>
      <w:r>
        <w:t xml:space="preserve"> ______________________________ (business, school, organization or photographer), its successors, and anyone acting with its permission (together, "Producer").</w:t>
      </w:r>
      <w:r>
        <w:br/>
      </w:r>
      <w:r>
        <w:rPr>
          <w:b/>
        </w:rPr>
        <w:t>Shoot / event:</w:t>
      </w:r>
      <w:r>
        <w:t xml:space="preserve"> ______________________________ </w:t>
      </w:r>
      <w:r>
        <w:rPr>
          <w:b/>
        </w:rPr>
        <w:t>Date(s):</w:t>
      </w:r>
      <w:r>
        <w:t xml:space="preserve"> ______________ </w:t>
      </w:r>
      <w:r>
        <w:rPr>
          <w:b/>
        </w:rPr>
        <w:t>Location:</w:t>
      </w:r>
      <w:r>
        <w:t xml:space="preserve"> ______________________________</w:t>
      </w:r>
    </w:p>
    <w:p>
      <w:r>
        <w:rPr>
          <w:b/>
        </w:rPr>
        <w:t>Person photographed:</w:t>
      </w:r>
      <w:r>
        <w:t xml:space="preserve"> ______________________________</w:t>
      </w:r>
      <w:r>
        <w:br/>
      </w:r>
      <w:r>
        <w:t>Phone: ______________ Email: ______________________________</w:t>
      </w:r>
    </w:p>
    <w:p>
      <w:r>
        <w:rPr>
          <w:b/>
        </w:rPr>
        <w:t>1. Permission.</w:t>
      </w:r>
      <w:r>
        <w:t xml:space="preserve"> I give Producer permission to photograph and record me, and to use, reproduce, publish and distribute my image, likeness, voice and ☐ my name ☐ my first name only ☐ no name, as captured in photos, video and audio taken at the shoot or event above (the "Images").</w:t>
      </w:r>
    </w:p>
    <w:p>
      <w:r>
        <w:rPr>
          <w:b/>
        </w:rPr>
        <w:t>2. Where the Images may be used.</w:t>
      </w:r>
      <w:r>
        <w:t xml:space="preserve"> ☐ Producer's website ☐ Producer's social media accounts ☐ Printed materials (brochures, posters, newsletters) ☐ Paid advertising, online or offline ☐ Press and media ☐ Portfolio and awards ☐ Internal use only ☐ Other: ______________________________</w:t>
      </w:r>
    </w:p>
    <w:p>
      <w:r>
        <w:rPr>
          <w:b/>
        </w:rPr>
        <w:t>3. Duration.</w:t>
      </w:r>
      <w:r>
        <w:t xml:space="preserve"> ☐ This permission has no time limit. ☐ This permission lasts until ______________. I may withdraw this permission for future uses by writing to ______________________________. Withdrawal does not apply to materials already printed or published before Producer receives my notice, but Producer will make reasonable efforts to remove Images from its own website and social media accounts.</w:t>
      </w:r>
    </w:p>
    <w:p>
      <w:r>
        <w:rPr>
          <w:b/>
        </w:rPr>
        <w:t>4. Editing.</w:t>
      </w:r>
      <w:r>
        <w:t xml:space="preserve"> Producer may crop, edit, retouch and combine the Images with other material, provided it does not use them in a way that is defamatory or that falsely suggests I endorse a product, service, political or religious view, unless I agree in writing.</w:t>
      </w:r>
    </w:p>
    <w:p>
      <w:r>
        <w:rPr>
          <w:b/>
        </w:rPr>
        <w:t>5. Compensation.</w:t>
      </w:r>
      <w:r>
        <w:t xml:space="preserve"> ☐ I receive no payment for this permission. ☐ I receive $ ____________ or the following: ______________________________, as full payment for this permission.</w:t>
      </w:r>
    </w:p>
    <w:p>
      <w:r>
        <w:rPr>
          <w:b/>
        </w:rPr>
        <w:t>6. Ownership.</w:t>
      </w:r>
      <w:r>
        <w:t xml:space="preserve"> I understand that Producer or its photographer owns the copyright in the Images, and that I have no right to inspect or approve the final use, except as stated here: ______________________________.</w:t>
      </w:r>
    </w:p>
    <w:p>
      <w:r>
        <w:rPr>
          <w:b/>
        </w:rPr>
        <w:t>7. Release.</w:t>
      </w:r>
      <w:r>
        <w:t xml:space="preserve"> I release Producer from claims for invasion of privacy, right of publicity or defamation arising from uses of the Images that are permitted by this release.</w:t>
      </w:r>
    </w:p>
    <w:p>
      <w:r>
        <w:rPr>
          <w:b/>
        </w:rPr>
        <w:t>8. General.</w:t>
      </w:r>
      <w:r>
        <w:t xml:space="preserve"> I have reached the age of majority in my state (18 in most states; 19 in Alabama and Nebraska) and have the right to sign this release, or my parent or guardian is signing below. This release is governed by the laws of the state of ______________ and may be signed electronically.</w:t>
      </w:r>
    </w:p>
    <w:p>
      <w:r>
        <w:t>Name: ______________________________</w:t>
      </w:r>
      <w:r>
        <w:br/>
      </w:r>
      <w:r>
        <w:t>Signature: ______________________________ Date: ______________</w:t>
      </w:r>
    </w:p>
    <w:p/>
    <w:p>
      <w:r>
        <w:rPr>
          <w:b/>
        </w:rPr>
        <w:t>PARENT OR GUARDIAN CONSENT FOR A MINOR</w:t>
      </w:r>
      <w:r>
        <w:br/>
      </w:r>
      <w:r>
        <w:t>I am the parent or legal guardian of ______________________________ (minor's name), age ______. I have read this release and give the permissions above on the minor's behalf, for the uses checked in section 2.</w:t>
      </w:r>
      <w:r>
        <w:br/>
      </w:r>
      <w:r>
        <w:t>Parent / guardian name: ______________________________</w:t>
      </w:r>
      <w:r>
        <w:br/>
      </w:r>
      <w:r>
        <w:t>Signature: ______________________________ Date: ______________</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