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RENT RECEIPT</w:t>
      </w:r>
    </w:p>
    <w:p>
      <w:r>
        <w:rPr>
          <w:b/>
        </w:rPr>
        <w:t>Receipt no.:</w:t>
      </w:r>
      <w:r>
        <w:t xml:space="preserve"> ______________ </w:t>
      </w:r>
      <w:r>
        <w:rPr>
          <w:b/>
        </w:rPr>
        <w:t>Date received:</w:t>
      </w:r>
      <w:r>
        <w:t xml:space="preserve"> ______________</w:t>
      </w:r>
    </w:p>
    <w:p>
      <w:r>
        <w:rPr>
          <w:b/>
        </w:rPr>
        <w:t>Received from (tenant):</w:t>
      </w:r>
      <w:r>
        <w:t xml:space="preserve"> ______________________________</w:t>
      </w:r>
      <w:r>
        <w:br/>
      </w:r>
      <w:r>
        <w:rPr>
          <w:b/>
        </w:rPr>
        <w:t>Property:</w:t>
      </w:r>
      <w:r>
        <w:t xml:space="preserve"> ______________________________ Unit: ______</w:t>
      </w:r>
      <w:r>
        <w:br/>
      </w:r>
      <w:r>
        <w:t>City: ______________ State: ______ ZIP: ______</w:t>
      </w:r>
    </w:p>
    <w:p>
      <w:r>
        <w:rPr>
          <w:b/>
        </w:rPr>
        <w:t>Amount received:</w:t>
      </w:r>
      <w:r>
        <w:t xml:space="preserve"> $ ____________ (______________________________________ dollars)</w:t>
      </w:r>
    </w:p>
    <w:p>
      <w:r>
        <w:rPr>
          <w:b/>
        </w:rPr>
        <w:t>Payment method:</w:t>
      </w:r>
      <w:r>
        <w:t xml:space="preserve"> ☐ Cash ☐ Check no. ______ ☐ Money order no. ______ ☐ Bank transfer / app (reference: ______________) ☐ Other: ______________</w:t>
      </w:r>
    </w:p>
    <w:p>
      <w:r>
        <w:rPr>
          <w:b/>
        </w:rPr>
        <w:t>Payment is for:</w:t>
      </w:r>
      <w:r>
        <w:br/>
      </w:r>
      <w:r>
        <w:t>☐ Rent for the period from ______________ to ______________: $ ____________</w:t>
      </w:r>
      <w:r>
        <w:br/>
      </w:r>
      <w:r>
        <w:t>☐ Late fee: $ ______</w:t>
      </w:r>
      <w:r>
        <w:br/>
      </w:r>
      <w:r>
        <w:t>☐ Utilities (specify): ______________ $ ______</w:t>
      </w:r>
      <w:r>
        <w:br/>
      </w:r>
      <w:r>
        <w:t>☐ Other (specify): ______________ $ ______</w:t>
      </w:r>
      <w:r>
        <w:br/>
      </w:r>
      <w:r>
        <w:rPr>
          <w:b/>
        </w:rPr>
        <w:t>Total received:</w:t>
      </w:r>
      <w:r>
        <w:t xml:space="preserve"> $ ____________</w:t>
      </w:r>
    </w:p>
    <w:p>
      <w:r>
        <w:rPr>
          <w:b/>
        </w:rPr>
        <w:t>Balance:</w:t>
      </w:r>
      <w:r>
        <w:t xml:space="preserve"> ☐ Paid in full for the period above. ☐ Partial payment. Balance still due: $ ____________ by ______________.</w:t>
      </w:r>
      <w:r>
        <w:br/>
      </w:r>
      <w:r>
        <w:t>Accepting a partial payment does not waive the landlord's right to the balance, except as provided by law.</w:t>
      </w:r>
    </w:p>
    <w:p>
      <w:r>
        <w:rPr>
          <w:b/>
        </w:rPr>
        <w:t>Received by (landlord or agent):</w:t>
      </w:r>
      <w:r>
        <w:t xml:space="preserve"> ______________________________</w:t>
      </w:r>
      <w:r>
        <w:br/>
      </w:r>
      <w:r>
        <w:t>Address / phone: ______________________________</w:t>
      </w:r>
      <w:r>
        <w:br/>
      </w:r>
      <w:r>
        <w:t>Signature: ______________________________ Date: 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