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RENTAL APPLICATION</w:t>
      </w:r>
    </w:p>
    <w:p>
      <w:r>
        <w:rPr>
          <w:b/>
        </w:rPr>
        <w:t>Property applied for:</w:t>
      </w:r>
      <w:r>
        <w:t xml:space="preserve"> ______________________________ Unit: ______ </w:t>
      </w:r>
      <w:r>
        <w:rPr>
          <w:b/>
        </w:rPr>
        <w:t>Desired move-in date:</w:t>
      </w:r>
      <w:r>
        <w:t xml:space="preserve"> ______________</w:t>
      </w:r>
      <w:r>
        <w:br/>
      </w:r>
      <w:r>
        <w:rPr>
          <w:b/>
        </w:rPr>
        <w:t>Monthly rent:</w:t>
      </w:r>
      <w:r>
        <w:t xml:space="preserve"> $ ____________ </w:t>
      </w:r>
      <w:r>
        <w:rPr>
          <w:b/>
        </w:rPr>
        <w:t>Application fee:</w:t>
      </w:r>
      <w:r>
        <w:t xml:space="preserve"> $ ______ (non-refundable except as required by law; it covers the cost of screening)</w:t>
      </w:r>
    </w:p>
    <w:p>
      <w:r>
        <w:rPr>
          <w:b/>
        </w:rPr>
        <w:t>1. APPLICANT</w:t>
      </w:r>
      <w:r>
        <w:br/>
      </w:r>
      <w:r>
        <w:t>Full legal name: ______________________________ Other names used: ______________</w:t>
      </w:r>
      <w:r>
        <w:br/>
      </w:r>
      <w:r>
        <w:t>Date of birth: ______________ Phone: ______________ Email: ______________________________</w:t>
      </w:r>
      <w:r>
        <w:br/>
      </w:r>
      <w:r>
        <w:t>Government ID type and number: ______________________________ (a copy may be requested)</w:t>
      </w:r>
      <w:r>
        <w:br/>
      </w:r>
      <w:r>
        <w:t>Social Security number (for credit check only): ______________ ☐ I don't have one; alternative ID: ______________</w:t>
      </w:r>
    </w:p>
    <w:p>
      <w:r>
        <w:rPr>
          <w:b/>
        </w:rPr>
        <w:t>2. CURRENT ADDRESS</w:t>
      </w:r>
      <w:r>
        <w:br/>
      </w:r>
      <w:r>
        <w:t>Address: ______________________________ From: ______ To: ______</w:t>
      </w:r>
      <w:r>
        <w:br/>
      </w:r>
      <w:r>
        <w:t>☐ Rent ☐ Own ☐ Other Monthly payment: $ ______</w:t>
      </w:r>
      <w:r>
        <w:br/>
      </w:r>
      <w:r>
        <w:t>Landlord / manager: ______________________________ Phone: ______________</w:t>
      </w:r>
      <w:r>
        <w:br/>
      </w:r>
      <w:r>
        <w:t>Reason for leaving: ______________________________</w:t>
      </w:r>
    </w:p>
    <w:p>
      <w:r>
        <w:rPr>
          <w:b/>
        </w:rPr>
        <w:t>3. PREVIOUS ADDRESS</w:t>
      </w:r>
      <w:r>
        <w:t xml:space="preserve"> (last 3 years)</w:t>
      </w:r>
      <w:r>
        <w:br/>
      </w:r>
      <w:r>
        <w:t>Address: ______________________________ From: ______ To: ______</w:t>
      </w:r>
      <w:r>
        <w:br/>
      </w:r>
      <w:r>
        <w:t>Landlord / manager: ______________________________ Phone: ______________</w:t>
      </w:r>
      <w:r>
        <w:br/>
      </w:r>
      <w:r>
        <w:t>Reason for leaving: ______________________________</w:t>
      </w:r>
    </w:p>
    <w:p>
      <w:r>
        <w:rPr>
          <w:b/>
        </w:rPr>
        <w:t>4. EMPLOYMENT AND INCOME</w:t>
      </w:r>
      <w:r>
        <w:br/>
      </w:r>
      <w:r>
        <w:t>Employer: ______________________________ Position: ______________ Since: ______________</w:t>
      </w:r>
      <w:r>
        <w:br/>
      </w:r>
      <w:r>
        <w:t>Supervisor / HR contact: ______________________________ Phone: ______________</w:t>
      </w:r>
      <w:r>
        <w:br/>
      </w:r>
      <w:r>
        <w:t>Gross monthly income: $ ____________</w:t>
      </w:r>
      <w:r>
        <w:br/>
      </w:r>
      <w:r>
        <w:t>Other income (source and monthly amount): ______________________________</w:t>
      </w:r>
    </w:p>
    <w:p>
      <w:r>
        <w:rPr>
          <w:b/>
        </w:rPr>
        <w:t>5. OCCUPANTS</w:t>
      </w:r>
      <w:r>
        <w:br/>
      </w:r>
      <w:r>
        <w:t>Number of adults and number of minors who will live in the unit: ______________________________</w:t>
      </w:r>
      <w:r>
        <w:br/>
      </w:r>
      <w:r>
        <w:t>Each additional adult must complete a separate application.</w:t>
      </w:r>
    </w:p>
    <w:p>
      <w:r>
        <w:rPr>
          <w:b/>
        </w:rPr>
        <w:t>6. PETS AND VEHICLES</w:t>
      </w:r>
      <w:r>
        <w:br/>
      </w:r>
      <w:r>
        <w:t>Pets (type, breed, weight): ______________________________ ☐ None. (Assistance animals are not pets; requests are handled separately.)</w:t>
      </w:r>
      <w:r>
        <w:br/>
      </w:r>
      <w:r>
        <w:t>Vehicles (make, model, plate): ______________________________</w:t>
      </w:r>
    </w:p>
    <w:p>
      <w:r>
        <w:rPr>
          <w:b/>
        </w:rPr>
        <w:t>7. HISTORY</w:t>
      </w:r>
      <w:r>
        <w:br/>
      </w:r>
      <w:r>
        <w:t>Have you ever been evicted or asked to leave a rental? ☐ No ☐ Yes, explain: ______________</w:t>
      </w:r>
      <w:r>
        <w:br/>
      </w:r>
      <w:r>
        <w:t>Have you ever broken a lease? ☐ No ☐ Yes, explain: ______________</w:t>
      </w:r>
      <w:r>
        <w:br/>
      </w:r>
      <w:r>
        <w:t>Do you currently owe money to a landlord? ☐ No ☐ Yes, explain: ______________</w:t>
      </w:r>
    </w:p>
    <w:p>
      <w:r>
        <w:rPr>
          <w:b/>
        </w:rPr>
        <w:t>8. REFERENCES AND EMERGENCY CONTACT</w:t>
      </w:r>
      <w:r>
        <w:br/>
      </w:r>
      <w:r>
        <w:t>Personal reference: ______________________________ Phone: ______________</w:t>
      </w:r>
      <w:r>
        <w:br/>
      </w:r>
      <w:r>
        <w:t>Emergency contact: ______________________________ Relationship: ______________ Phone: ______________</w:t>
      </w:r>
    </w:p>
    <w:p>
      <w:r>
        <w:rPr>
          <w:b/>
        </w:rPr>
        <w:t>9. AUTHORIZATION FOR SCREENING</w:t>
      </w:r>
      <w:r>
        <w:br/>
      </w:r>
      <w:r>
        <w:t>I authorize ______________________________ (landlord or manager) and its screening provider ______________________________ to obtain consumer reports about me, including credit reports, eviction and court records, and criminal history to the extent allowed by law, and to contact my current and previous landlords, employers and references to verify the information on this application. I understand that this authorization is for the purpose of evaluating my application to rent and that I may request the name and address of any consumer reporting agency used. If my application is denied or conditioned based on a report, I will receive a notice explaining my rights.</w:t>
      </w:r>
    </w:p>
    <w:p>
      <w:r>
        <w:rPr>
          <w:b/>
        </w:rPr>
        <w:t>10. CERTIFICATION</w:t>
      </w:r>
      <w:r>
        <w:br/>
      </w:r>
      <w:r>
        <w:t>I certify that the information on this application is true and complete. I understand that false or missing information may be grounds for denying my application or ending a lease. This application is not a lease, and submitting it does not guarantee approval or hold the unit unless agreed in writing.</w:t>
      </w:r>
    </w:p>
    <w:p>
      <w:r>
        <w:t>Applicant name: ______________________________</w:t>
      </w:r>
      <w:r>
        <w:br/>
      </w:r>
      <w:r>
        <w:t>Signature: ______________________________ Date: ______________</w:t>
      </w:r>
    </w:p>
    <w:p/>
    <w:p>
      <w:r>
        <w:rPr>
          <w:b/>
        </w:rPr>
        <w:t>Equal housing opportunity.</w:t>
      </w:r>
      <w:r>
        <w:t xml:space="preserve"> We do not discriminate on the basis of race, color, religion, sex, national origin, disability, familial status, or any other characteristic protected by federal, state or local law.</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