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TATTOO CONSENT AND RELEASE FORM</w:t>
      </w:r>
    </w:p>
    <w:p>
      <w:r>
        <w:rPr>
          <w:b/>
        </w:rPr>
        <w:t>Studio:</w:t>
      </w:r>
      <w:r>
        <w:t xml:space="preserve"> ______________________________ License / permit no.: ______________</w:t>
      </w:r>
      <w:r>
        <w:br/>
      </w:r>
      <w:r>
        <w:rPr>
          <w:b/>
        </w:rPr>
        <w:t>Artist:</w:t>
      </w:r>
      <w:r>
        <w:t xml:space="preserve"> ______________________________ License no. (if required): ______________</w:t>
      </w:r>
      <w:r>
        <w:br/>
      </w:r>
      <w:r>
        <w:rPr>
          <w:b/>
        </w:rPr>
        <w:t>Date:</w:t>
      </w:r>
      <w:r>
        <w:t xml:space="preserve"> ______________</w:t>
      </w:r>
    </w:p>
    <w:p>
      <w:r>
        <w:rPr>
          <w:b/>
        </w:rPr>
        <w:t>1. CLIENT</w:t>
      </w:r>
      <w:r>
        <w:br/>
      </w:r>
      <w:r>
        <w:t>Full name: ______________________________ Date of birth: ______________ Age: ______</w:t>
      </w:r>
      <w:r>
        <w:br/>
      </w:r>
      <w:r>
        <w:t>Phone: ______________ Email: ______________________________</w:t>
      </w:r>
      <w:r>
        <w:br/>
      </w:r>
      <w:r>
        <w:t>Address: ______________________________</w:t>
      </w:r>
      <w:r>
        <w:br/>
      </w:r>
      <w:r>
        <w:t>Photo ID checked: ☐ Driver's license ☐ State ID ☐ Passport ☐ Other: ______________ ID no. (last 4 digits): ______</w:t>
      </w:r>
      <w:r>
        <w:br/>
      </w:r>
      <w:r>
        <w:t>Emergency contact: ______________________________ Phone: ______________</w:t>
      </w:r>
    </w:p>
    <w:p>
      <w:r>
        <w:rPr>
          <w:b/>
        </w:rPr>
        <w:t>2. TATTOO</w:t>
      </w:r>
      <w:r>
        <w:br/>
      </w:r>
      <w:r>
        <w:t>Description of design: ______________________________</w:t>
      </w:r>
      <w:r>
        <w:br/>
      </w:r>
      <w:r>
        <w:t>Placement on the body: ______________ Approximate size: ______________ ☐ Black and gray ☐ Color</w:t>
      </w:r>
      <w:r>
        <w:br/>
      </w:r>
      <w:r>
        <w:t>☐ I have reviewed the final design, spelling, size and placement and I approve them.</w:t>
      </w:r>
    </w:p>
    <w:p>
      <w:r>
        <w:rPr>
          <w:b/>
        </w:rPr>
        <w:t>3. HEALTH QUESTIONS</w:t>
      </w:r>
      <w:r>
        <w:t xml:space="preserve"> (answer Yes or No; explain any Yes)</w:t>
      </w:r>
      <w:r>
        <w:br/>
      </w:r>
      <w:r>
        <w:t>Diabetes: ☐ Yes ☐ No Hemophilia or other bleeding disorder: ☐ Yes ☐ No</w:t>
      </w:r>
      <w:r>
        <w:br/>
      </w:r>
      <w:r>
        <w:t>Taking blood thinners or aspirin in the last 24 hours: ☐ Yes ☐ No</w:t>
      </w:r>
      <w:r>
        <w:br/>
      </w:r>
      <w:r>
        <w:t>Heart condition or pacemaker: ☐ Yes ☐ No Epilepsy or seizures: ☐ Yes ☐ No</w:t>
      </w:r>
      <w:r>
        <w:br/>
      </w:r>
      <w:r>
        <w:t>Skin condition, mole, rash, sunburn or scar in the area: ☐ Yes ☐ No</w:t>
      </w:r>
      <w:r>
        <w:br/>
      </w:r>
      <w:r>
        <w:t>History of keloid scarring: ☐ Yes ☐ No</w:t>
      </w:r>
      <w:r>
        <w:br/>
      </w:r>
      <w:r>
        <w:t>Allergies (latex, metals, pigments, ointments, medications): ☐ Yes ☐ No Specify: ______________</w:t>
      </w:r>
      <w:r>
        <w:br/>
      </w:r>
      <w:r>
        <w:t>Immune system condition or medication that affects healing: ☐ Yes ☐ No</w:t>
      </w:r>
      <w:r>
        <w:br/>
      </w:r>
      <w:r>
        <w:t>Pregnant or breastfeeding: ☐ Yes ☐ No</w:t>
      </w:r>
      <w:r>
        <w:br/>
      </w:r>
      <w:r>
        <w:t>Explanation of any Yes: ______________________________</w:t>
      </w:r>
      <w:r>
        <w:br/>
      </w:r>
      <w:r>
        <w:t>I understand that if I answered Yes to any of these, the studio may ask me to consult a doctor first or may decline to tattoo me.</w:t>
      </w:r>
    </w:p>
    <w:p>
      <w:r>
        <w:rPr>
          <w:b/>
        </w:rPr>
        <w:t>4. CLIENT STATEMENTS</w:t>
      </w:r>
      <w:r>
        <w:t xml:space="preserve"> (initial each)</w:t>
      </w:r>
      <w:r>
        <w:br/>
      </w:r>
      <w:r>
        <w:t>______ I am at least 18 years old, or the minimum age required by law, and the ID I showed is mine.</w:t>
      </w:r>
      <w:r>
        <w:br/>
      </w:r>
      <w:r>
        <w:t>______ I am not under the influence of alcohol or drugs.</w:t>
      </w:r>
      <w:r>
        <w:br/>
      </w:r>
      <w:r>
        <w:t>______ I have eaten in the last few hours and I feel well today.</w:t>
      </w:r>
      <w:r>
        <w:br/>
      </w:r>
      <w:r>
        <w:t>______ I understand a tattoo is permanent, that removal is difficult, costly and may not be complete, and that the result may vary in color and appearance from the design, and may change over time.</w:t>
      </w:r>
      <w:r>
        <w:br/>
      </w:r>
      <w:r>
        <w:t>______ I understand the risks, including pain, swelling, infection, allergic reaction to pigments (which can appear years later), scarring and skin discoloration, even when the artist follows proper procedures.</w:t>
      </w:r>
      <w:r>
        <w:br/>
      </w:r>
      <w:r>
        <w:t>______ I have received written aftercare instructions, and I understand that how the tattoo heals depends largely on following them. I will contact a doctor if I see signs of infection, such as increasing redness, heat, pus or fever.</w:t>
      </w:r>
      <w:r>
        <w:br/>
      </w:r>
      <w:r>
        <w:t>______ I have told the artist about any condition that could affect my safety or healing, and my answers on this form are true.</w:t>
      </w:r>
    </w:p>
    <w:p>
      <w:r>
        <w:rPr>
          <w:b/>
        </w:rPr>
        <w:t>5. RELEASE</w:t>
      </w:r>
      <w:r>
        <w:br/>
      </w:r>
      <w:r>
        <w:t>I voluntarily consent to receive a tattoo from the artist and studio named above. To the extent allowed by law, I release the studio, its owners and artists from claims arising from the tattoo procedure and its normal risks, except for claims caused by their gross negligence or willful misconduct. I understand there are no refunds once work has begun, except as the studio agrees in writing.</w:t>
      </w:r>
    </w:p>
    <w:p>
      <w:r>
        <w:rPr>
          <w:b/>
        </w:rPr>
        <w:t>6. PHOTOS</w:t>
      </w:r>
      <w:r>
        <w:br/>
      </w:r>
      <w:r>
        <w:t>☐ The studio may photograph my tattoo and use the photos in its portfolio and social media. ☐ Same, but only without showing my face. ☐ No photos, please.</w:t>
      </w:r>
    </w:p>
    <w:p>
      <w:r>
        <w:t>Client name: ______________________________</w:t>
      </w:r>
      <w:r>
        <w:br/>
      </w:r>
      <w:r>
        <w:t>Signature: ______________________________ Date: ______________</w:t>
      </w:r>
    </w:p>
    <w:p/>
    <w:p>
      <w:r>
        <w:rPr>
          <w:b/>
        </w:rPr>
        <w:t>PARENT OR GUARDIAN CONSENT</w:t>
      </w:r>
      <w:r>
        <w:t xml:space="preserve"> (only where state law allows tattooing a minor with parental consent)</w:t>
      </w:r>
      <w:r>
        <w:br/>
      </w:r>
      <w:r>
        <w:t>I am the parent or legal guardian of the client named above. I have shown proof of my identity and relationship to the minor, I am present for the procedure where the law requires it, and I consent to this tattoo.</w:t>
      </w:r>
      <w:r>
        <w:br/>
      </w:r>
      <w:r>
        <w:t>Parent / guardian name: ______________________________ ID checked: ______________</w:t>
      </w:r>
      <w:r>
        <w:br/>
      </w:r>
      <w:r>
        <w:t>Signature: ______________________________ Date: ______________</w:t>
      </w:r>
    </w:p>
    <w:p/>
    <w:p>
      <w:r>
        <w:rPr>
          <w:b/>
        </w:rPr>
        <w:t>STUDIO USE ONLY</w:t>
      </w:r>
      <w:r>
        <w:br/>
      </w:r>
      <w:r>
        <w:t>Needle / equipment lot nos.: ______________ Ink brands and lot nos.: ______________</w:t>
      </w:r>
      <w:r>
        <w:br/>
      </w:r>
      <w:r>
        <w:t>Artist signature: ______________________________</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