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MOTOR VEHICLE BILL OF SALE</w:t>
      </w:r>
    </w:p>
    <w:p>
      <w:r>
        <w:rPr>
          <w:b/>
        </w:rPr>
        <w:t>Date of sale:</w:t>
      </w:r>
      <w:r>
        <w:t xml:space="preserve"> ______________ </w:t>
      </w:r>
      <w:r>
        <w:rPr>
          <w:b/>
        </w:rPr>
        <w:t>Time:</w:t>
      </w:r>
      <w:r>
        <w:t xml:space="preserve"> ______ a.m./p.m. </w:t>
      </w:r>
      <w:r>
        <w:rPr>
          <w:b/>
        </w:rPr>
        <w:t>Place:</w:t>
      </w:r>
      <w:r>
        <w:t xml:space="preserve"> ______________________________ (city, state)</w:t>
      </w:r>
    </w:p>
    <w:p>
      <w:r>
        <w:rPr>
          <w:b/>
        </w:rPr>
        <w:t>Seller:</w:t>
      </w:r>
      <w:r>
        <w:t xml:space="preserve"> ______________________________</w:t>
      </w:r>
      <w:r>
        <w:br/>
      </w:r>
      <w:r>
        <w:t>Address: ______________________________</w:t>
      </w:r>
      <w:r>
        <w:br/>
      </w:r>
      <w:r>
        <w:t>Driver's license no. / state: ______________ Phone: ______________</w:t>
      </w:r>
    </w:p>
    <w:p>
      <w:r>
        <w:rPr>
          <w:b/>
        </w:rPr>
        <w:t>Buyer:</w:t>
      </w:r>
      <w:r>
        <w:t xml:space="preserve"> ______________________________</w:t>
      </w:r>
      <w:r>
        <w:br/>
      </w:r>
      <w:r>
        <w:t>Address: ______________________________</w:t>
      </w:r>
      <w:r>
        <w:br/>
      </w:r>
      <w:r>
        <w:t>Driver's license no. / state: ______________ Phone: ______________</w:t>
      </w:r>
    </w:p>
    <w:p>
      <w:r>
        <w:rPr>
          <w:b/>
        </w:rPr>
        <w:t>1. Vehicle.</w:t>
      </w:r>
      <w:r>
        <w:br/>
      </w:r>
      <w:r>
        <w:t>Year: ______ Make: ______________ Model: ______________ Body style: ______________ Color: ______________</w:t>
      </w:r>
      <w:r>
        <w:br/>
      </w:r>
      <w:r>
        <w:t>Vehicle Identification Number (VIN): _________________________________</w:t>
      </w:r>
      <w:r>
        <w:br/>
      </w:r>
      <w:r>
        <w:t>Title no.: ______________ State of title: ______ License plate no.: ______________</w:t>
      </w:r>
    </w:p>
    <w:p>
      <w:r>
        <w:rPr>
          <w:b/>
        </w:rPr>
        <w:t>2. Price and payment.</w:t>
      </w:r>
      <w:r>
        <w:t xml:space="preserve"> The Buyer pays the Seller $ ____________ (______________________________ dollars) for the vehicle by ☐ cash ☐ cashier's check ☐ bank transfer ☐ other: ______________. ☐ Paid in full on the date of sale. ☐ Deposit of $ ______ today; balance of $ ______ due by ______________. ☐ This vehicle is a gift (no price).</w:t>
      </w:r>
      <w:r>
        <w:br/>
      </w:r>
      <w:r>
        <w:t>Included with the vehicle: ☐ keys (number: ____) ☐ owner's manual ☐ spare tire ☐ other: ______________</w:t>
      </w:r>
    </w:p>
    <w:p>
      <w:r>
        <w:rPr>
          <w:b/>
        </w:rPr>
        <w:t>3. Odometer disclosure.</w:t>
      </w:r>
      <w:r>
        <w:t xml:space="preserve"> I, the Seller, state that the odometer now reads __________ miles (no tenths) and, to the best of my knowledge, it reflects the actual mileage of the vehicle described above, unless one of the following is checked:</w:t>
      </w:r>
      <w:r>
        <w:br/>
      </w:r>
      <w:r>
        <w:t>☐ The mileage stated is in excess of the odometer's mechanical limits.</w:t>
      </w:r>
      <w:r>
        <w:br/>
      </w:r>
      <w:r>
        <w:t>☐ The odometer reading is NOT the actual mileage. WARNING: ODOMETER DISCREPANCY.</w:t>
      </w:r>
      <w:r>
        <w:br/>
      </w:r>
      <w:r>
        <w:t>☐ This vehicle is exempt from federal odometer disclosure.</w:t>
      </w:r>
      <w:r>
        <w:br/>
      </w:r>
      <w:r>
        <w:t>Federal law (and state law, if applicable) requires that you state the mileage upon transfer of ownership. Failure to complete or providing a false statement may result in fines and/or imprisonment.</w:t>
      </w:r>
    </w:p>
    <w:p>
      <w:r>
        <w:rPr>
          <w:b/>
        </w:rPr>
        <w:t>4. Ownership and liens.</w:t>
      </w:r>
      <w:r>
        <w:t xml:space="preserve"> The Seller states that the Seller is the legal owner of the vehicle, has the right to sell it, and that it is free of any lien or loan except: ______________________________ (write "none" if none). If there is a lien, the Seller will pay it off and deliver a lien release by ______________.</w:t>
      </w:r>
    </w:p>
    <w:p>
      <w:r>
        <w:rPr>
          <w:b/>
        </w:rPr>
        <w:t>5. Condition: sold as is.</w:t>
      </w:r>
      <w:r>
        <w:t xml:space="preserve"> The Buyer has had the opportunity to inspect and test-drive the vehicle, and to have it inspected by a mechanic. The vehicle is sold "AS IS," with all faults, and the Seller makes no warranties, express or implied, including any implied warranty of merchantability or fitness for a particular purpose, except: ______________________________.</w:t>
      </w:r>
      <w:r>
        <w:br/>
      </w:r>
      <w:r>
        <w:t>Known defects or history disclosed by the Seller (accidents, flood, salvage or rebuilt title, mechanical problems): ______________________________</w:t>
      </w:r>
    </w:p>
    <w:p>
      <w:r>
        <w:rPr>
          <w:b/>
        </w:rPr>
        <w:t>6. Title and registration.</w:t>
      </w:r>
      <w:r>
        <w:t xml:space="preserve"> On payment in full, the Seller will sign over the certificate of title to the Buyer. The Buyer is responsible for transferring title, registering the vehicle and paying any sales tax and fees within the time required by the state. ☐ The Seller will keep the license plates. ☐ The plates stay with the vehicle, where the state allows. The Seller will notify the DMV of the sale where required.</w:t>
      </w:r>
    </w:p>
    <w:p>
      <w:r>
        <w:rPr>
          <w:b/>
        </w:rPr>
        <w:t>7. Responsibility after the sale.</w:t>
      </w:r>
      <w:r>
        <w:t xml:space="preserve"> The Buyer is responsible for the vehicle, including insurance, tickets, tolls and accidents, from the date and time of sale stated above.</w:t>
      </w:r>
    </w:p>
    <w:p>
      <w:r>
        <w:rPr>
          <w:b/>
        </w:rPr>
        <w:t>8. Entire agreement.</w:t>
      </w:r>
      <w:r>
        <w:t xml:space="preserve"> This bill of sale is the complete agreement about the sale of the vehicle and is governed by the laws of the state of ______________. It may be signed electronically and in counterparts.</w:t>
      </w:r>
    </w:p>
    <w:p>
      <w:r>
        <w:t>Seller: ______________________________ Signature: ______________________________ Date: ______________</w:t>
      </w:r>
      <w:r>
        <w:br/>
      </w:r>
      <w:r>
        <w:t>Buyer: ______________________________ Signature: ______________________________ Date: ______________</w:t>
      </w:r>
    </w:p>
    <w:p/>
    <w:p>
      <w:r>
        <w:rPr>
          <w:b/>
        </w:rPr>
        <w:t>Notary acknowledgment</w:t>
      </w:r>
      <w:r>
        <w:t xml:space="preserve"> (only if required by your state): ______________________________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